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t>Форма КО-1, код формы по ОКУД 0310001</w:t>
      </w:r>
    </w:p>
    <w:p>
      <w:pPr>
        <w:spacing w:after="40"/>
      </w:pPr>
      <w:r>
        <w:rPr>
          <w:b/>
        </w:rPr>
        <w:t xml:space="preserve">Организация: </w:t>
      </w:r>
      <w:r>
        <w:t>[наименование организации]</w:t>
      </w:r>
    </w:p>
    <w:p>
      <w:pPr>
        <w:spacing w:after="40"/>
      </w:pPr>
      <w:r>
        <w:rPr>
          <w:b/>
        </w:rPr>
        <w:t xml:space="preserve">Структурное подразделение: </w:t>
      </w:r>
      <w:r>
        <w:t>[структурное подразделение или прочерк]</w:t>
      </w:r>
    </w:p>
    <w:p>
      <w:pPr>
        <w:spacing w:after="40"/>
        <w:jc w:val="center"/>
      </w:pPr>
      <w:r>
        <w:rPr>
          <w:b/>
          <w:sz w:val="26"/>
        </w:rPr>
        <w:t>ПРИХОДНЫЙ КАССОВЫЙ ОРДЕР № [___]</w:t>
      </w:r>
    </w:p>
    <w:p>
      <w:pPr>
        <w:spacing w:after="40"/>
        <w:jc w:val="center"/>
      </w:pPr>
      <w:r>
        <w:t>Дата составления: «___» ____________ 20___ г.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r/>
            <w:r>
              <w:rPr>
                <w:b/>
                <w:sz w:val="17"/>
              </w:rPr>
              <w:t>Дебет, счёт, субсчёт</w:t>
            </w:r>
          </w:p>
        </w:tc>
        <w:tc>
          <w:tcPr>
            <w:tcW w:type="dxa" w:w="1682"/>
          </w:tcPr>
          <w:p>
            <w:r/>
            <w:r>
              <w:rPr>
                <w:b/>
                <w:sz w:val="17"/>
              </w:rPr>
              <w:t>Кредит, код структурного подразделения</w:t>
            </w:r>
          </w:p>
        </w:tc>
        <w:tc>
          <w:tcPr>
            <w:tcW w:type="dxa" w:w="1682"/>
          </w:tcPr>
          <w:p>
            <w:r/>
            <w:r>
              <w:rPr>
                <w:b/>
                <w:sz w:val="17"/>
              </w:rPr>
              <w:t>Кредит, счёт, субсчёт</w:t>
            </w:r>
          </w:p>
        </w:tc>
        <w:tc>
          <w:tcPr>
            <w:tcW w:type="dxa" w:w="1682"/>
          </w:tcPr>
          <w:p>
            <w:r/>
            <w:r>
              <w:rPr>
                <w:b/>
                <w:sz w:val="17"/>
              </w:rPr>
              <w:t>Кредит, код аналитического учёта</w:t>
            </w:r>
          </w:p>
        </w:tc>
        <w:tc>
          <w:tcPr>
            <w:tcW w:type="dxa" w:w="1682"/>
          </w:tcPr>
          <w:p>
            <w:r/>
            <w:r>
              <w:rPr>
                <w:b/>
                <w:sz w:val="17"/>
              </w:rPr>
              <w:t>Сумма, руб. коп.</w:t>
            </w:r>
          </w:p>
        </w:tc>
        <w:tc>
          <w:tcPr>
            <w:tcW w:type="dxa" w:w="1682"/>
          </w:tcPr>
          <w:p>
            <w:r/>
            <w:r>
              <w:rPr>
                <w:b/>
                <w:sz w:val="17"/>
              </w:rPr>
              <w:t>Код целевого назначения</w:t>
            </w:r>
          </w:p>
        </w:tc>
      </w:tr>
      <w:tr>
        <w:tc>
          <w:tcPr>
            <w:tcW w:type="dxa" w:w="1682"/>
          </w:tcPr>
          <w:p>
            <w:r>
              <w:t>50</w:t>
            </w:r>
          </w:p>
        </w:tc>
        <w:tc>
          <w:tcPr>
            <w:tcW w:type="dxa" w:w="1682"/>
          </w:tcPr>
          <w:p>
            <w:r>
              <w:t>—</w:t>
            </w:r>
          </w:p>
        </w:tc>
        <w:tc>
          <w:tcPr>
            <w:tcW w:type="dxa" w:w="1682"/>
          </w:tcPr>
          <w:p>
            <w:r>
              <w:t>[___]</w:t>
            </w:r>
          </w:p>
        </w:tc>
        <w:tc>
          <w:tcPr>
            <w:tcW w:type="dxa" w:w="1682"/>
          </w:tcPr>
          <w:p>
            <w:r>
              <w:t>—</w:t>
            </w:r>
          </w:p>
        </w:tc>
        <w:tc>
          <w:tcPr>
            <w:tcW w:type="dxa" w:w="1682"/>
          </w:tcPr>
          <w:p>
            <w:r>
              <w:t>[___,__]</w:t>
            </w:r>
          </w:p>
        </w:tc>
        <w:tc>
          <w:tcPr>
            <w:tcW w:type="dxa" w:w="1682"/>
          </w:tcPr>
          <w:p>
            <w:r>
              <w:t>—</w:t>
            </w:r>
          </w:p>
        </w:tc>
      </w:tr>
    </w:tbl>
    <w:p>
      <w:pPr>
        <w:spacing w:after="40"/>
      </w:pPr>
      <w:r>
        <w:rPr>
          <w:b/>
        </w:rPr>
        <w:t xml:space="preserve">Принято от: </w:t>
      </w:r>
      <w:r>
        <w:t>[фамилия, имя, отчество или наименование плательщика]</w:t>
      </w:r>
    </w:p>
    <w:p>
      <w:pPr>
        <w:spacing w:after="40"/>
      </w:pPr>
      <w:r>
        <w:rPr>
          <w:b/>
        </w:rPr>
        <w:t xml:space="preserve">Основание: </w:t>
      </w:r>
      <w:r>
        <w:t>[за что приняты деньги: документ и его номер]</w:t>
      </w:r>
    </w:p>
    <w:p>
      <w:pPr>
        <w:spacing w:after="40"/>
      </w:pPr>
      <w:r>
        <w:rPr>
          <w:b/>
        </w:rPr>
        <w:t xml:space="preserve">Сумма: </w:t>
      </w:r>
      <w:r>
        <w:t>[рубли прописью] руб. [__] коп.</w:t>
      </w:r>
    </w:p>
    <w:p>
      <w:pPr>
        <w:spacing w:after="40"/>
      </w:pPr>
      <w:r>
        <w:rPr>
          <w:b/>
        </w:rPr>
        <w:t xml:space="preserve">В том числе: </w:t>
      </w:r>
      <w:r>
        <w:t>[Без НДС или сумма налога]</w:t>
      </w:r>
    </w:p>
    <w:p>
      <w:pPr>
        <w:spacing w:after="40"/>
      </w:pPr>
      <w:r>
        <w:rPr>
          <w:b/>
        </w:rPr>
        <w:t xml:space="preserve">Приложение: </w:t>
      </w:r>
      <w:r>
        <w:t>[документы-основания или прочерк]</w:t>
      </w:r>
    </w:p>
    <w:p>
      <w:pPr>
        <w:spacing w:after="40"/>
      </w:pPr>
      <w:r>
        <w:rPr>
          <w:b/>
        </w:rPr>
        <w:t xml:space="preserve">Главный бухгалтер: </w:t>
      </w:r>
      <w:r>
        <w:t>[подпись]  / [расшифровка] /</w:t>
      </w:r>
    </w:p>
    <w:p>
      <w:pPr>
        <w:spacing w:after="40"/>
      </w:pPr>
      <w:r>
        <w:rPr>
          <w:b/>
        </w:rPr>
        <w:t xml:space="preserve">Получил кассир: </w:t>
      </w:r>
      <w:r>
        <w:t>[подпись]  / [расшифровка] /</w:t>
      </w:r>
    </w:p>
    <w:p>
      <w:pPr>
        <w:spacing w:after="40"/>
        <w:jc w:val="center"/>
      </w:pPr>
      <w:r>
        <w:t>- - - - - - - - - - - - - - - - - - линия отреза - - - - - - - - - - - - - - - - - -</w:t>
      </w:r>
    </w:p>
    <w:p>
      <w:pPr>
        <w:spacing w:after="40"/>
        <w:jc w:val="center"/>
      </w:pPr>
      <w:r>
        <w:rPr>
          <w:b/>
          <w:sz w:val="24"/>
        </w:rPr>
        <w:t>Квитанция к приходному кассовому ордеру № [___]</w:t>
      </w:r>
    </w:p>
    <w:p>
      <w:pPr>
        <w:spacing w:after="40"/>
      </w:pPr>
      <w:r>
        <w:t>от «___» ____________ 20___ г.</w:t>
      </w:r>
    </w:p>
    <w:p>
      <w:pPr>
        <w:spacing w:after="40"/>
      </w:pPr>
      <w:r>
        <w:rPr>
          <w:b/>
        </w:rPr>
        <w:t xml:space="preserve">Принято от: </w:t>
      </w:r>
      <w:r>
        <w:t>[фамилия, имя, отчество или наименование плательщика]</w:t>
      </w:r>
    </w:p>
    <w:p>
      <w:pPr>
        <w:spacing w:after="40"/>
      </w:pPr>
      <w:r>
        <w:rPr>
          <w:b/>
        </w:rPr>
        <w:t xml:space="preserve">Основание: </w:t>
      </w:r>
      <w:r>
        <w:t>[за что приняты деньги: документ и его номер]</w:t>
      </w:r>
    </w:p>
    <w:p>
      <w:pPr>
        <w:spacing w:after="40"/>
      </w:pPr>
      <w:r>
        <w:rPr>
          <w:b/>
        </w:rPr>
        <w:t xml:space="preserve">Сумма: </w:t>
      </w:r>
      <w:r>
        <w:t>[рубли прописью] руб. [__] коп. (цифрами: [___,__])</w:t>
      </w:r>
    </w:p>
    <w:p>
      <w:pPr>
        <w:spacing w:after="40"/>
      </w:pPr>
      <w:r>
        <w:rPr>
          <w:b/>
        </w:rPr>
        <w:t xml:space="preserve">В том числе: </w:t>
      </w:r>
      <w:r>
        <w:t>[Без НДС или сумма налога]</w:t>
      </w:r>
    </w:p>
    <w:p>
      <w:pPr>
        <w:spacing w:after="40"/>
      </w:pPr>
      <w:r>
        <w:t>М. П. (штамп кассы)</w:t>
      </w:r>
    </w:p>
    <w:p>
      <w:pPr>
        <w:spacing w:after="40"/>
      </w:pPr>
      <w:r>
        <w:rPr>
          <w:b/>
        </w:rPr>
        <w:t xml:space="preserve">Главный бухгалтер: </w:t>
      </w:r>
      <w:r>
        <w:t>[подпись]  / [расшифровка] /</w:t>
      </w:r>
    </w:p>
    <w:p>
      <w:pPr>
        <w:spacing w:after="40"/>
      </w:pPr>
      <w:r>
        <w:rPr>
          <w:b/>
        </w:rPr>
        <w:t xml:space="preserve">Кассир: </w:t>
      </w:r>
      <w:r>
        <w:t>[подпись]  / [расшифровка] /</w:t>
      </w:r>
    </w:p>
    <w:sectPr w:rsidR="00FC693F" w:rsidRPr="0006063C" w:rsidSect="00034616">
      <w:pgSz w:w="11906" w:h="16838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— бланк</dc:title>
  <dc:subject/>
  <dc:creator>ChatOffice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