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ТОВАРНАЯ НАКЛАДНАЯ № [___]</w:t>
      </w:r>
    </w:p>
    <w:p>
      <w:pPr>
        <w:jc w:val="center"/>
      </w:pPr>
      <w:r>
        <w:t>от «___» ____________ 20___ г.</w:t>
      </w:r>
    </w:p>
    <w:p>
      <w:r>
        <w:rPr>
          <w:b/>
        </w:rPr>
        <w:t xml:space="preserve">Поставщик: </w:t>
      </w:r>
      <w:r>
        <w:t>[наименование организации или ИП, ИНН, КПП, адрес, телефон, р/с, банк, БИК]</w:t>
      </w:r>
    </w:p>
    <w:p>
      <w:r>
        <w:rPr>
          <w:b/>
        </w:rPr>
        <w:t xml:space="preserve">Покупатель: </w:t>
      </w:r>
      <w:r>
        <w:t>[наименование организации или ИП, ИНН, КПП, адрес, телефон]</w:t>
      </w:r>
    </w:p>
    <w:p>
      <w:r>
        <w:rPr>
          <w:b/>
        </w:rPr>
        <w:t xml:space="preserve">Грузополучатель: </w:t>
      </w:r>
      <w:r>
        <w:t>[заполняют, если товар получает не покупатель, а другое лицо или адрес]</w:t>
      </w:r>
    </w:p>
    <w:p>
      <w:r>
        <w:rPr>
          <w:b/>
        </w:rPr>
        <w:t xml:space="preserve">Основание: </w:t>
      </w:r>
      <w:r>
        <w:t>[договор поставки № ___ от ___ или счёт № ___ от ___]</w:t>
      </w:r>
    </w:p>
    <w:p>
      <w:r>
        <w:t>Поставщик передал, а покупатель принял следующие товары: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510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4649"/>
          </w:tcPr>
          <w:p>
            <w:r/>
            <w:r>
              <w:rPr>
                <w:b/>
              </w:rPr>
              <w:t>Наименование товара, артикул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Ед. изм.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Кол-во</w:t>
            </w:r>
          </w:p>
        </w:tc>
        <w:tc>
          <w:tcPr>
            <w:tcW w:type="dxa" w:w="1474"/>
          </w:tcPr>
          <w:p>
            <w:r/>
            <w:r>
              <w:rPr>
                <w:b/>
              </w:rPr>
              <w:t>Цена без НДС, руб.</w:t>
            </w:r>
          </w:p>
        </w:tc>
        <w:tc>
          <w:tcPr>
            <w:tcW w:type="dxa" w:w="1587"/>
          </w:tcPr>
          <w:p>
            <w:r/>
            <w:r>
              <w:rPr>
                <w:b/>
              </w:rPr>
              <w:t>Сумма без НДС, руб.</w:t>
            </w:r>
          </w:p>
        </w:tc>
        <w:tc>
          <w:tcPr>
            <w:tcW w:type="dxa" w:w="1134"/>
          </w:tcPr>
          <w:p>
            <w:r/>
            <w:r>
              <w:rPr>
                <w:b/>
              </w:rPr>
              <w:t>Ставка НДС</w:t>
            </w:r>
          </w:p>
        </w:tc>
        <w:tc>
          <w:tcPr>
            <w:tcW w:type="dxa" w:w="1417"/>
          </w:tcPr>
          <w:p>
            <w:r/>
            <w:r>
              <w:rPr>
                <w:b/>
              </w:rPr>
              <w:t>Сумма НДС, руб.</w:t>
            </w:r>
          </w:p>
        </w:tc>
        <w:tc>
          <w:tcPr>
            <w:tcW w:type="dxa" w:w="1587"/>
          </w:tcPr>
          <w:p>
            <w:r/>
            <w:r>
              <w:rPr>
                <w:b/>
              </w:rPr>
              <w:t>Сумма с НДС, руб.</w:t>
            </w:r>
          </w:p>
        </w:tc>
      </w:tr>
      <w:tr>
        <w:tc>
          <w:tcPr>
            <w:tcW w:type="dxa" w:w="510"/>
          </w:tcPr>
          <w:p>
            <w:r>
              <w:t>1</w:t>
            </w:r>
          </w:p>
        </w:tc>
        <w:tc>
          <w:tcPr>
            <w:tcW w:type="dxa" w:w="4649"/>
          </w:tcPr>
          <w:p>
            <w:r>
              <w:t>Дисплей в сборе [модель], арт. [___]</w:t>
            </w:r>
          </w:p>
        </w:tc>
        <w:tc>
          <w:tcPr>
            <w:tcW w:type="dxa" w:w="907"/>
          </w:tcPr>
          <w:p>
            <w:r>
              <w:t>шт.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1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510"/>
          </w:tcPr>
          <w:p>
            <w:r>
              <w:t>2</w:t>
            </w:r>
          </w:p>
        </w:tc>
        <w:tc>
          <w:tcPr>
            <w:tcW w:type="dxa" w:w="4649"/>
          </w:tcPr>
          <w:p>
            <w:r>
              <w:t>Аккумулятор [модель], арт. [___]</w:t>
            </w:r>
          </w:p>
        </w:tc>
        <w:tc>
          <w:tcPr>
            <w:tcW w:type="dxa" w:w="907"/>
          </w:tcPr>
          <w:p>
            <w:r>
              <w:t>шт.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1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510"/>
          </w:tcPr>
          <w:p>
            <w:r>
              <w:t>3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1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510"/>
          </w:tcPr>
          <w:p>
            <w:r>
              <w:t>4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1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510"/>
          </w:tcPr>
          <w:p>
            <w:r>
              <w:t>5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1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510"/>
          </w:tcPr>
          <w:p>
            <w:r>
              <w:t>6</w:t>
            </w:r>
          </w:p>
        </w:tc>
        <w:tc>
          <w:tcPr>
            <w:tcW w:type="dxa" w:w="4649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907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587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417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1474"/>
            <w:gridSpan w:val="5"/>
          </w:tcPr>
          <w:p>
            <w:r/>
            <w:r>
              <w:rPr>
                <w:b/>
              </w:rPr>
              <w:t>Итого</w:t>
            </w:r>
          </w:p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417"/>
          </w:tcPr>
          <w:p/>
        </w:tc>
        <w:tc>
          <w:tcPr>
            <w:tcW w:type="dxa" w:w="1587"/>
          </w:tcPr>
          <w:p/>
        </w:tc>
      </w:tr>
    </w:tbl>
    <w:p/>
    <w:p>
      <w:r>
        <w:t>Всего наименований [___], на сумму [сумма прописью] руб. [___] коп., в том числе НДС [сумма или «Без НДС»].</w:t>
      </w:r>
    </w:p>
    <w:p/>
    <w:p>
      <w:r>
        <w:rPr>
          <w:b/>
        </w:rPr>
        <w:t xml:space="preserve">Отпуск произвёл (поставщик): </w:t>
      </w:r>
      <w:r>
        <w:t>[должность]  ____________  / [фамилия, инициалы] /</w:t>
      </w:r>
    </w:p>
    <w:p>
      <w:r>
        <w:rPr>
          <w:b/>
        </w:rPr>
        <w:t xml:space="preserve">Груз получил (покупатель): </w:t>
      </w:r>
      <w:r>
        <w:t>[должность]  ____________  / [фамилия, инициалы] /</w:t>
      </w:r>
    </w:p>
    <w:p>
      <w:r>
        <w:t>По доверенности № [___] от [___], выданной [кем и кому] — если товар получает представитель.</w:t>
      </w:r>
    </w:p>
    <w:p>
      <w:r>
        <w:t>Дата получения: «___» ____________ 20___ г.</w:t>
      </w:r>
    </w:p>
    <w:p>
      <w:r>
        <w:t>М. П. (при наличии)</w:t>
      </w:r>
    </w:p>
    <w:sectPr w:rsidR="00FC693F" w:rsidRPr="0006063C" w:rsidSect="00034616">
      <w:pgSz w:w="16838" w:h="11906" w:orient="landscape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 — бланк</dc:title>
  <dc:subject/>
  <dc:creator>ChatOffice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