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приёма-передачи оборудования в ремонт № [___]</w:t>
      </w:r>
    </w:p>
    <w:p>
      <w:pPr>
        <w:jc w:val="right"/>
      </w:pPr>
      <w:r>
        <w:t>[Город]  «___» ____________ 20___ г.</w:t>
      </w:r>
    </w:p>
    <w:p>
      <w:pPr>
        <w:jc w:val="both"/>
      </w:pPr>
      <w:r>
        <w:t>[Наименование организации, ИНН — или ФИО частного лица, телефон], далее «Заказчик», в лице [должность, ФИО], и [наименование мастерской, ИНН, адрес], далее «Исполнитель», в лице [должность, ФИО], составили настоящий акт о том, что Заказчик передал, а Исполнитель принял в ремонт следующее оборудование: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454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2041"/>
          </w:tcPr>
          <w:p>
            <w:r/>
            <w:r>
              <w:rPr>
                <w:b/>
              </w:rPr>
              <w:t>Наименование, марка, модель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Серийный номер / IMEI</w:t>
            </w:r>
          </w:p>
        </w:tc>
        <w:tc>
          <w:tcPr>
            <w:tcW w:type="dxa" w:w="1587"/>
          </w:tcPr>
          <w:p>
            <w:r/>
            <w:r>
              <w:rPr>
                <w:b/>
              </w:rPr>
              <w:t>Комплектность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Внешний вид</w:t>
            </w:r>
          </w:p>
        </w:tc>
        <w:tc>
          <w:tcPr>
            <w:tcW w:type="dxa" w:w="2041"/>
          </w:tcPr>
          <w:p>
            <w:r/>
            <w:r>
              <w:rPr>
                <w:b/>
              </w:rPr>
              <w:t>Заявленная неисправность</w:t>
            </w:r>
          </w:p>
        </w:tc>
      </w:tr>
      <w:t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2041"/>
          </w:tcPr>
          <w:p>
            <w:r>
              <w:t>Ноутбук [марка, модель]</w:t>
            </w:r>
          </w:p>
        </w:tc>
        <w:tc>
          <w:tcPr>
            <w:tcW w:type="dxa" w:w="1701"/>
          </w:tcPr>
          <w:p>
            <w:r>
              <w:t>[номер с наклейки]</w:t>
            </w:r>
          </w:p>
        </w:tc>
        <w:tc>
          <w:tcPr>
            <w:tcW w:type="dxa" w:w="1587"/>
          </w:tcPr>
          <w:p>
            <w:r>
              <w:t>блок питания, сумка</w:t>
            </w:r>
          </w:p>
        </w:tc>
        <w:tc>
          <w:tcPr>
            <w:tcW w:type="dxa" w:w="1928"/>
          </w:tcPr>
          <w:p>
            <w:r>
              <w:t>царапины на крышке, скол на левом нижнем углу корпуса</w:t>
            </w:r>
          </w:p>
        </w:tc>
        <w:tc>
          <w:tcPr>
            <w:tcW w:type="dxa" w:w="2041"/>
          </w:tcPr>
          <w:p>
            <w:r>
              <w:t>«не включается»</w:t>
            </w:r>
          </w:p>
        </w:tc>
      </w:tr>
      <w:t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2041"/>
          </w:tcPr>
          <w:p>
            <w:r/>
          </w:p>
        </w:tc>
      </w:tr>
    </w:tbl>
    <w:p/>
    <w:p>
      <w:pPr>
        <w:jc w:val="both"/>
      </w:pPr>
      <w:r>
        <w:t>1. Оборудование осмотрено в присутствии Заказчика. Комплектность и внешний вид записаны в таблице, других повреждений при приёме не обнаружено.</w:t>
      </w:r>
    </w:p>
    <w:p>
      <w:pPr>
        <w:jc w:val="both"/>
      </w:pPr>
      <w:r>
        <w:t>2. Работоспособность при приёме: [проверена в присутствии Заказчика / не проверена, оборудование не включается].</w:t>
      </w:r>
    </w:p>
    <w:p>
      <w:pPr>
        <w:jc w:val="both"/>
      </w:pPr>
      <w:r>
        <w:t>3. Неисправность записана со слов Заказчика. Причину и стоимость ремонта Исполнитель сообщает после диагностики и согласует с Заказчиком до начала ремонта.</w:t>
      </w:r>
    </w:p>
    <w:p>
      <w:pPr>
        <w:jc w:val="both"/>
      </w:pPr>
      <w:r>
        <w:t>4. Срок диагностики: [___]. Ориентировочный срок ремонта: [___].</w:t>
      </w:r>
    </w:p>
    <w:p>
      <w:pPr>
        <w:jc w:val="both"/>
      </w:pPr>
      <w:r>
        <w:t>5. Данные на накопителях: [копию сделал Заказчик / копия не требуется].</w:t>
      </w:r>
    </w:p>
    <w:p>
      <w:pPr>
        <w:jc w:val="both"/>
      </w:pPr>
      <w:r>
        <w:t>6. Акт составлен в двух экземплярах, по одному для каждой стороны.</w:t>
      </w:r>
    </w:p>
    <w:p/>
    <w:p>
      <w:r>
        <w:rPr>
          <w:b/>
        </w:rPr>
        <w:t xml:space="preserve">Передал (Заказчик): </w:t>
      </w:r>
      <w:r>
        <w:t>[должность]  ____________  / [ФИО] /</w:t>
      </w:r>
    </w:p>
    <w:p>
      <w:r>
        <w:rPr>
          <w:b/>
        </w:rPr>
        <w:t xml:space="preserve">Принял (Исполнитель): </w:t>
      </w:r>
      <w:r>
        <w:t>[должность]  ____________  / [ФИО] /</w:t>
      </w:r>
    </w:p>
    <w:p>
      <w:r>
        <w:t>М. П. (при наличии)</w:t>
      </w:r>
    </w:p>
    <w:p>
      <w:r>
        <w:t>______________________________________________________________________________________</w:t>
      </w:r>
    </w:p>
    <w:p>
      <w:r>
        <w:rPr>
          <w:b/>
        </w:rPr>
        <w:t>Возврат из ремонта</w:t>
      </w:r>
    </w:p>
    <w:p>
      <w:r>
        <w:t>Оборудование по строкам № [___] получил. Внешний вид и комплектность проверены. Замечания: [нет / перечислить] ______________________________</w:t>
      </w:r>
    </w:p>
    <w:p>
      <w:r>
        <w:rPr>
          <w:b/>
        </w:rPr>
        <w:t xml:space="preserve">Получил (Заказчик): </w:t>
      </w:r>
      <w:r>
        <w:t>«___» ____________ 20___ г.  ____________  / [ФИО] /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 в ремонт — образец</dc:title>
  <dc:subject/>
  <dc:creator>ChatOffice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